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/>
          <w:b/>
          <w:color w:val="E92545"/>
          <w:sz w:val="18"/>
        </w:rPr>
        <w:t>01  /  BUSINESSPLAN</w:t>
      </w:r>
    </w:p>
    <w:p>
      <w:pPr>
        <w:pStyle w:val="Heading1"/>
      </w:pPr>
      <w:r>
        <w:t>Executive Summary</w:t>
      </w:r>
    </w:p>
    <w:p>
      <w:r>
        <w:rPr>
          <w:rFonts w:ascii="Arial" w:hAnsi="Arial"/>
          <w:b/>
          <w:color w:val="273044"/>
          <w:sz w:val="20"/>
        </w:rPr>
        <w:t>Projekt: [Name]    |    Stand: [Datum]</w:t>
      </w:r>
    </w:p>
    <w:p>
      <w:pPr>
        <w:spacing w:after="160"/>
      </w:pPr>
      <w:r>
        <w:rPr>
          <w:rFonts w:ascii="Arial" w:hAnsi="Arial"/>
          <w:b w:val="0"/>
          <w:color w:val="636D7A"/>
          <w:sz w:val="19"/>
        </w:rPr>
        <w:t>Maximal 10 Seiten. Den Finanzplan separat als Pflicht-PDF hochladen. Die Fragen geben Orientierung; antwortet pro Thema in einem gemeinsamen Freitextfeld.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Was bietet ihr an, für wen und mit welchem konkreten Nutzen?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verdient ihr Geld und was unterscheidet euch von bestehenden Angeboten?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Wo steht euer Vorhaben heute und welche Ergebnisse könnt ihr belegen?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Was ist euer nächster Meilenstein und welche Mittel braucht ihr dafür?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ist euer Vorhaben in Mecklenburg-Vorpommern verankert?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6973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01"/>
              <w:tag w:val="BPW_ANTWORT_01"/>
              <w:id w:val="51001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E92545"/>
          <w:sz w:val="18"/>
        </w:rPr>
        <w:t>02  /  BUSINESSPLAN</w:t>
      </w:r>
    </w:p>
    <w:p>
      <w:pPr>
        <w:pStyle w:val="Heading1"/>
      </w:pPr>
      <w:r>
        <w:t>Kundenproblem und Zielgruppe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Welches konkrete Problem oder Bedürfnis löst ihr?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Wer erlebt dieses Problem, wie häufig tritt es auf und welche Folgen hat es?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Wer nutzt euer Angebot, wer entscheidet über den Kauf und wer bezahlt?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löst eure Zielgruppe das Problem bisher und was fehlt ihr dabei?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Gespräche oder Beobachtungen belegen den Bedarf?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7937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02"/>
              <w:tag w:val="BPW_ANTWORT_02"/>
              <w:id w:val="51002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E92545"/>
          <w:sz w:val="18"/>
        </w:rPr>
        <w:t>03  /  BUSINESSPLAN</w:t>
      </w:r>
    </w:p>
    <w:p>
      <w:pPr>
        <w:pStyle w:val="Heading1"/>
      </w:pPr>
      <w:r>
        <w:t>Lösung und Kundennutzen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funktioniert euer Produkt oder eure Dienstleistung?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Welchen messbaren Nutzen bietet ihr gegenüber der bisherigen Lösung?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Was existiert bereits und was muss noch entwickelt oder erprobt werden?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einfach kann eure Zielgruppe das Angebot einsetzen?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technischen, rechtlichen oder betrieblichen Voraussetzungen müssen erfüllt sein?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7937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03"/>
              <w:tag w:val="BPW_ANTWORT_03"/>
              <w:id w:val="51003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E92545"/>
          <w:sz w:val="18"/>
        </w:rPr>
        <w:t>04  /  BUSINESSPLAN</w:t>
      </w:r>
    </w:p>
    <w:p>
      <w:pPr>
        <w:pStyle w:val="Heading1"/>
      </w:pPr>
      <w:r>
        <w:t>Differenzierung und Validierung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Was macht eure Lösung besonders und welche Vorteile sind schwer kopierbar?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Annahmen habt ihr durch Interviews, Tests, Pilotprojekte oder Umsätze geprüft?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Ergebnisse sind belegt und welche Aussagen sind noch Annahmen?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offenen Fragen prüft ihr als Nächstes und woran messt ihr den Erfolg?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Schutzrechte, Lizenzen oder Nutzungsrechte sind relevant und wie ist ihr Status?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7937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04"/>
              <w:tag w:val="BPW_ANTWORT_04"/>
              <w:id w:val="51004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E92545"/>
          <w:sz w:val="18"/>
        </w:rPr>
        <w:t>05  /  BUSINESSPLAN</w:t>
      </w:r>
    </w:p>
    <w:p>
      <w:pPr>
        <w:pStyle w:val="Heading1"/>
      </w:pPr>
      <w:r>
        <w:t>Markt und Wettbewerb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Welches Marktsegment und welche Region bearbeitet ihr zuerst?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viele Kundinnen, Kunden oder Aufträge könnt ihr realistisch erreichen?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Quellen und Rechenschritte stützen eure Markteinschätzung?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Wettbewerber oder Alternativen gibt es und worin seid ihr besser oder schwächer?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Marktveränderungen eröffnen Chancen oder erschweren euren Einstieg?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7937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05"/>
              <w:tag w:val="BPW_ANTWORT_05"/>
              <w:id w:val="51005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E92545"/>
          <w:sz w:val="18"/>
        </w:rPr>
        <w:t>06  /  BUSINESSPLAN</w:t>
      </w:r>
    </w:p>
    <w:p>
      <w:pPr>
        <w:pStyle w:val="Heading1"/>
      </w:pPr>
      <w:r>
        <w:t>Geschäftsmodell und Preise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Wer zahlt wofür, wie viel und wie oft?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begründet ihr eure Preise und welche Zahlungsbereitschaft ist bereits belegt?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variablen und festen Kosten bestimmen euer Geschäftsmodell?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Welcher Beitrag bleibt je Verkauf oder Auftrag zur Deckung eurer Fixkosten?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Absatz- und Preisannahmen liegen dem separat eingereichten Finanzplan zugrunde?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7937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06"/>
              <w:tag w:val="BPW_ANTWORT_06"/>
              <w:id w:val="51006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E92545"/>
          <w:sz w:val="18"/>
        </w:rPr>
        <w:t>07  /  BUSINESSPLAN</w:t>
      </w:r>
    </w:p>
    <w:p>
      <w:pPr>
        <w:pStyle w:val="Heading1"/>
      </w:pPr>
      <w:r>
        <w:t>Vertrieb und Kundenbindung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erreicht ihr eure ersten und weitere zahlende Kundinnen und Kunden?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Vertriebs- und Kommunikationskanäle nutzt ihr und wer verantwortet sie?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lange dauert ein typischer Verkaufsprozess und welche Hürden gibt es?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Vertriebsbelege, Kontakte oder Partnerschaften bestehen bereits?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sichert ihr Wiederkäufe, Empfehlungen oder langfristige Kundenbeziehungen?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7937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07"/>
              <w:tag w:val="BPW_ANTWORT_07"/>
              <w:id w:val="51007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E92545"/>
          <w:sz w:val="18"/>
        </w:rPr>
        <w:t>08  /  BUSINESSPLAN</w:t>
      </w:r>
    </w:p>
    <w:p>
      <w:pPr>
        <w:pStyle w:val="Heading1"/>
      </w:pPr>
      <w:r>
        <w:t>Team und Ressourcen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Wer arbeitet aktiv am Vorhaben und welche Rolle übernimmt jede Person?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fachliche und unternehmerische Erfahrung bringt ihr ein?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viel Zeit steht euch zur Verfügung und wie trefft ihr Entscheidungen?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Kompetenzen fehlen noch und wie wollt ihr diese Lücken schließen?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Partner, Sachmittel oder Zusagen sind gesichert und welche Abhängigkeiten bestehen?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7937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08"/>
              <w:tag w:val="BPW_ANTWORT_08"/>
              <w:id w:val="51008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E92545"/>
          <w:sz w:val="18"/>
        </w:rPr>
        <w:t>09  /  BUSINESSPLAN</w:t>
      </w:r>
    </w:p>
    <w:p>
      <w:pPr>
        <w:pStyle w:val="Heading1"/>
      </w:pPr>
      <w:r>
        <w:t>Umsetzung, Meilensteine und Risiken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messbaren Ergebnisse wollt ihr in den nächsten 12 bis 18 Monaten erreichen?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Wer verantwortet die Meilensteine und welche Zeit, Ressourcen und Budgets sind nötig?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organisiert ihr Herstellung, Leistungserbringung und Qualitätssicherung?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Risiken oder Genehmigungen können die Umsetzung wesentlich beeinflussen?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erkennt ihr Schwierigkeiten frühzeitig und mit welchen Maßnahmen reagiert ihr?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7937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09"/>
              <w:tag w:val="BPW_ANTWORT_09"/>
              <w:id w:val="51009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E92545"/>
          <w:sz w:val="18"/>
        </w:rPr>
        <w:t>10  /  BUSINESSPLAN</w:t>
      </w:r>
    </w:p>
    <w:p>
      <w:pPr>
        <w:pStyle w:val="Heading1"/>
      </w:pPr>
      <w:r>
        <w:t>Entwicklung, Finanzierung und Wirkung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Wie kann sich euer Geschäftsmodell dauerhaft tragen und weiterentwickeln?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Welcher wirtschaftliche oder gesellschaftliche Nutzen entsteht in Mecklenburg-Vorpommern?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Welchen Kapitalbedarf zeigt der separate Finanzplan und welche Finanzierung ist gesichert?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 Finanzierungslücken bestehen und was ändert sich in einem schwächeren Szenario?</w:t>
      </w:r>
    </w:p>
    <w:p>
      <w:pPr>
        <w:keepNext/>
        <w:spacing w:after="80"/>
      </w:pPr>
      <w:r>
        <w:rPr>
          <w:rFonts w:ascii="Arial" w:hAnsi="Arial"/>
          <w:b w:val="0"/>
          <w:color w:val="273044"/>
          <w:sz w:val="22"/>
        </w:rPr>
        <w:t>Welchen nächsten Entwicklungsschritt würde ein Preisgeld ermöglichen?</w:t>
      </w:r>
    </w:p>
    <w:p>
      <w:pPr>
        <w:keepNext/>
        <w:spacing w:after="80" w:before="100"/>
      </w:pPr>
      <w:r>
        <w:rPr>
          <w:rFonts w:ascii="Arial" w:hAnsi="Arial"/>
          <w:b/>
          <w:color w:val="E92545"/>
          <w:sz w:val="17"/>
        </w:rPr>
        <w:t>EURE ANTWORT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7937" w:hRule="atLeast"/>
        </w:trPr>
        <w:tc>
          <w:tcPr>
            <w:tcW w:type="dxa" w:w="9638"/>
            <w:vAlign w:val="top"/>
            <w:tcMar>
              <w:top w:w="190" w:type="dxa"/>
              <w:start w:w="210" w:type="dxa"/>
              <w:bottom w:w="190" w:type="dxa"/>
              <w:end w:w="210" w:type="dxa"/>
            </w:tcMar>
            <w:shd w:fill="F5F6F8"/>
            <w:tcBorders>
              <w:top w:val="single" w:sz="4" w:color="DCE0E7"/>
              <w:left w:val="single" w:sz="12" w:color="E92545"/>
              <w:bottom w:val="single" w:sz="4" w:color="DCE0E7"/>
              <w:right w:val="single" w:sz="4" w:color="DCE0E7"/>
            </w:tcBorders>
          </w:tcPr>
          <w:sdt>
            <w:sdtPr>
              <w:alias w:val="Freitext - BPW_ANTWORT_10"/>
              <w:tag w:val="BPW_ANTWORT_10"/>
              <w:id w:val="51010"/>
            </w:sdtPr>
            <w:sdtContent>
              <w:p>
                <w:pPr>
                  <w:spacing w:after="0"/>
                </w:pPr>
                <w:r>
                  <w:rPr>
                    <w:rFonts w:ascii="Arial" w:hAnsi="Arial"/>
                    <w:b w:val="0"/>
                    <w:color w:val="636D7A"/>
                    <w:sz w:val="22"/>
                  </w:rPr>
                  <w:t>[Hier euren zusammenhängenden Text eintragen.]</w:t>
                </w:r>
              </w:p>
            </w:sdtContent>
          </w:sdt>
          <w:p>
            <w:pPr>
              <w:spacing w:after="0" w:line="20" w:lineRule="exact"/>
            </w:pPr>
          </w:p>
        </w:tc>
      </w:tr>
    </w:tbl>
    <w:p>
      <w:pPr>
        <w:spacing w:before="80"/>
      </w:pPr>
      <w:r>
        <w:rPr>
          <w:rFonts w:ascii="Arial" w:hAnsi="Arial"/>
          <w:b w:val="0"/>
          <w:color w:val="636D7A"/>
          <w:sz w:val="17"/>
        </w:rPr>
        <w:t>Quellen und Annahmen direkt im Text nennen. Das Feld wächst beim Schreiben; vor dem PDF-Export das Limit von zehn Seiten prüfen.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077" w:left="1134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b w:val="0"/>
        <w:color w:val="636D7A"/>
        <w:sz w:val="16"/>
      </w:rPr>
      <w:t>VERTRAULICH  |  Businessplan  |  v4.0</w:t>
    </w:r>
    <w:r>
      <w:rPr>
        <w:rFonts w:ascii="Arial" w:hAnsi="Arial"/>
        <w:b w:val="0"/>
        <w:color w:val="636D7A"/>
        <w:sz w:val="16"/>
      </w:rPr>
      <w:tab/>
    </w:r>
    <w:r>
      <w:rPr>
        <w:rFonts w:ascii="Arial" w:hAnsi="Arial"/>
        <w:b w:val="0"/>
        <w:color w:val="636D7A"/>
        <w:sz w:val="16"/>
      </w:rPr>
      <w:t xml:space="preserve">Seite </w:t>
    </w:r>
    <w:r>
      <w:rPr>
        <w:rFonts w:ascii="Arial" w:hAnsi="Arial"/>
        <w:b w:val="0"/>
        <w:color w:val="636D7A"/>
        <w:sz w:val="16"/>
      </w:rPr>
    </w:r>
    <w:fldSimple w:instr="PAGE">
      <w:r>
        <w:rPr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</w:pPr>
    <w:r>
      <w:rPr>
        <w:rFonts w:ascii="Arial" w:hAnsi="Arial"/>
        <w:b/>
        <w:color w:val="636D7A"/>
        <w:sz w:val="16"/>
      </w:rPr>
      <w:t>BPW MV 2026  /  BUSINESSPLAN</w:t>
    </w:r>
    <w:r>
      <w:rPr>
        <w:rFonts w:ascii="Arial" w:hAnsi="Arial"/>
        <w:b/>
        <w:color w:val="253047"/>
        <w:sz w:val="22"/>
      </w:rPr>
      <w:tab/>
      <w:t>BUSINESSPLAN</w:t>
    </w:r>
  </w:p>
  <w:p>
    <w:pPr>
      <w:spacing w:after="0"/>
      <w:jc w:val="right"/>
    </w:pPr>
    <w:r>
      <w:rPr>
        <w:rFonts w:ascii="Arial" w:hAnsi="Arial"/>
        <w:b/>
        <w:color w:val="E92545"/>
        <w:sz w:val="20"/>
      </w:rPr>
      <w:t>WETTBEWERB MV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00"/>
    </w:pPr>
    <w:rPr>
      <w:rFonts w:ascii="Arial" w:hAnsi="Arial"/>
      <w:color w:val="273044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80"/>
      <w:outlineLvl w:val="0"/>
    </w:pPr>
    <w:rPr>
      <w:rFonts w:asciiTheme="majorHAnsi" w:eastAsiaTheme="majorEastAsia" w:hAnsiTheme="majorHAnsi" w:cstheme="majorBidi" w:ascii="Arial" w:hAnsi="Arial"/>
      <w:b/>
      <w:bCs/>
      <w:color w:val="253047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/>
      <w:outlineLvl w:val="1"/>
    </w:pPr>
    <w:rPr>
      <w:rFonts w:asciiTheme="majorHAnsi" w:eastAsiaTheme="majorEastAsia" w:hAnsiTheme="majorHAnsi" w:cstheme="majorBidi" w:ascii="Arial" w:hAnsi="Arial"/>
      <w:b/>
      <w:bCs/>
      <w:color w:val="253047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80"/>
      <w:outlineLvl w:val="2"/>
    </w:pPr>
    <w:rPr>
      <w:rFonts w:asciiTheme="majorHAnsi" w:eastAsiaTheme="majorEastAsia" w:hAnsiTheme="majorHAnsi" w:cstheme="majorBidi" w:ascii="Arial" w:hAnsi="Arial"/>
      <w:b/>
      <w:bCs/>
      <w:color w:val="25304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5304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64" w:lineRule="auto"/>
    </w:pPr>
    <w:rPr>
      <w:rFonts w:ascii="Arial" w:hAnsi="Arial"/>
      <w:color w:val="273044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BPW MV 2026 - Businessplan</dc:title>
  <dc:subject>Businessplanwettbewerb Mecklenburg-Vorpommern 2026</dc:subject>
  <dc:creator>Hanseatische Akademie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